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איך בונים כלים דיגיטליים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איך בונים כלים דיגיטליים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הכלים הדיגיטליים המרכזיים המוצגים במדריך ואת מטרת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הבנייה של כל כלי – מהבחירה ועד ההפעלה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תכנון מדורג: כלי אחד בשבוע, תוך שימוש ברשימת בדיקה וביישום עקרונות פרטיות ובטיחות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התאמה בין צורך כיתתי לכלי המתאים לו, באמצעות לוח הבחירה 3×3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תכנון ובחירת כלי דיגיטלי לכיתה – היכרות עם הכלים המוכנים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המדריך מתאר את המגילון ככלי מבוסס טבלה בגיליונות עם חיפוש וסינון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התהליך הוא טופס, ואז טבלה, ואז יצירה בכמות גדולה בקנבה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מוצג במדריך כשתי אפשרויות ללוח השיתופי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המדריך מציע תוכנית של כלי דיגיטלי אחד בשבוע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תכנון ובחירת כלי דיגיטלי לכיתה – התאמת כלי לצורך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(טופס וכפתור הרשמה)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(לוח שיתופי כיתתי)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(מגילון 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(פוסטר 'הכירו אותי')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תכנון ובחירת כלי דיגיטלי לכיתה – יישום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טופס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תכנון ובחירת כלי דיגיטלי לכיתה – שימוש בלוח הבחירה 3×3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לעזור למורה לבחור כלי דיגיטלי מתאים בצורה מסודרת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להספיק להטמיע כל כלי בביטחון לפני המעבר לכלי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לוודא פרטיות ובטיחות לפני שימוש בכלי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בניית לוח שיתופי כיתתי – הכרת שני המסלולים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המדריך מציג שני מסלולים אפשריים ללוח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קיימת גם אפשרות לבנות באופן עצמאי בכלי קיר שיתופי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בניית לוח שיתופי כיתתי – הכרת שני המסלולים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כלי קיר שיתופי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חוסך זמן הכנה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בניית לוח שיתופי כיתתי – יישום ובחירת 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בניית לוח שיתופי כיתתי – השוואה בין המסלולים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(דורשת הכרת כלי קיר שיתופי ובנייה מאפס)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(ניתן להתחיל להשתמש בו מיד ללא בנייה)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(אפשרית בעיקר בבנייה עצמאית)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(אפשרי בעיקר בשימוש בלוח המוכן)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בניית מגילון חי – זיהוי ויסודות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טבלה בגיליונות של גוגל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חיפוש וסינון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לבנות לבד או להשתמש במגילון המוכן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כלים מוכנים לשימוש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בניית מגילון חי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המדריך מציע גם אפשרות של שימוש בכלי מוכן במקום בנייה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המגילון מבוסס על טבלה בגיליונות הכוללת חיפוש וסינון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הבסיס למגילון הוא טבלה בגיליונות שאליה מוסיפים חיפוש וסינון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חיפוש וסינון הם חלק מרכזי מהמגילון החי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בניית מגילון חי – תכנון ויישום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המנמקת בחירת מטרה מתאימה למגילון חי, תוך קישור ליתרון החיפוש והסינון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בחירת נתונים לטבלה והגדרת עמודות המתאימות לסינון וחיפוש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חופשית: בנייה עצמאית מאפשרת התאמה מלאה אך דורשת זמן, שימוש במוכן מהיר אך פחות מותאם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המציגה חשיבה מעשית על שילוב בין מוכן לבין התאמה אישית בהתאם לזמן וצרכים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טופס וכפתור הרשמה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אחד הכלים המוצעים להקמת טופס הרשמה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למקם אותו גם בעיצוב בקנבה או בהודעה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אפשר לדעת מראש מי משתתף ולתכנן בהתאם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טופס וכפתור הרשמה – התאמת מקום הכפתור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(כפתור בעמוד הבית מוביל ישירות לטופס ההרשמה)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(כפתור משולב בתוך עיצוב של הזמנה או פוסטר)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(קישור לטופס נשלח ישירות להורים או לתלמידים)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(אוסף את התשובות אוטומטית לטבלה)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(מאפשרת למורה לעקוב מי כבר נרשם)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טופס וכפתור הרשמה – תכנון תהליך ההרשמה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להחליט מה מטרת ההרשמה ואילו פרטים צריך לבקש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לבנות את הטופס בכלי טפסים מקוון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לעצב כפתור או קישור שמוביל לטופס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למקם את הכפתור באתר, בעיצוב בקנבה או בהודעה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טופס וכפתור הרשמה – חשיבה יישומית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כאשר רוצים לשלב את ההרשמה בתוך הזמנה מעוצבת לאירוע 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ההודעה מגיעה ישירות לכולם בלי צורך לחפש את הקישור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יצירת פוסטר הכירו אותי בכמות גדולה – שלבי התהליך הבסיסיים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טופס לאיסוף 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לטבלה לארגון המידע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לאסוף פרטים אישיים מהתלמידים והתלמידות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יצירת פוסטר הכירו אותי בכמות גדולה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היצירה הגרפית של הפוסטרים בכמות גדולה מתבצעת בקנבה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השלב האחרון הוא יצירת הפוסטרים בקנבה, ולא איסוף הנתונים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יצירת פוסטר הכירו אותי בכמות גדולה – יישום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קנבה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יצירת פוסטר הכירו אותי בכמות גדולה – התאמת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(איסוף נתונים אישיים מהתלמידים ותלמידות)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(ארגון וסידור המידע שנאסף)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(יצירת הפוסטרים בכמות 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(עיצוב הטקסט בפוסטר)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עיצוב, פונטים, תמונות ופרטיות ובטיחות – היכרות עם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אכן קיים אוסף פונטים ייעודי לעיצוב חומרי הוראה.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ליצור איור מתוך תיאור טקסטואלי בלבד, בלי לצייר.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הטיפ במדריך הוא לציין שאין טקסט בתמונה.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הנושאים המודגשים במדריך לסיום.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רשימה הכוללת: לוח שיתופי, מגילון חי, טופס וכפתור הרשמה, פוסטר הכירו אותי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המבחין בין בנייה עצמאית בכלי קיר שיתופי לבין שימוש מהיר בתבנית מוכנה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עקרונות כמו שמירה על פרטי תלמידים ובדיקת הרשאות לפני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לארבעה עד שישה מפגשים, פרק אחד או שניים בכל מפגש, בהתאם לקצב ההתקדמות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למורים מתחילים בתחום הדיגיטלי כדאי להתחיל מהפרק הראשון ולעבוד לפי תוכנית כלי אחד בשבוע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למורים מנוסים אפשר לדלג ישירות לפרקים הרלוונטיים לצורך מיידי בכיתה, תוך שימוש בלוח הבחירה 3×3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בסוף כל מפגש זמן ליישום מעשי של הכלי שנלמד, ולא רק תרגול 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איך בונים כלים דיגיטליים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איך בונים כלים דיגיטליים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לומדים צעד אחר צעד איך בונים כלים דיגיטליים לכיתה. כדאי לעבוד פרק אחרי פרק, כלי אחד בכל פעם, ולבדוק שהכל מוכן לפני שממשיכים לכלי הבא.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שיתופי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מרחב משותף שבו כמה אנשים יכולים לכתוב ולהוסיף תוכן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מגילון חי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דיגיטלית מתעדכנת עם אפשרות חיפוש וסינון של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טופס הרשמה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לאיסוף פרטים ממשתתפים בצורה מסודרת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כפתור הרשמה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קישור לחיצה שמוביל ישירות לטופס ההרשמה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יצירה בכמות גדולה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הפקת מספר רב של פוסטרים או מסמכים אישיים מתוך טבלת נתונים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 ובטיחות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כללים לשמירה על מידע אישי של תלמידים בעת שימוש בכלים דיגיטליים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 3×3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המסייעת לבחור כלי מתאים מתוך תשע אפשרויות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תוכנית כלי אחד בשבוע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עבודה הדרגתית ללמידת כלי דיגיטלי חדש כל 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חיפוש וסינון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פעולות בטבלה המאפשרות לאתר ולצמצם מידע לפי קריטריון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פונט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סגנון אותיות המשמש לעיצוב דפים ומצגות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תכנון ובחירת כלי דיגיטלי לכיתה – היכרות עם הכלים המוכנים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המגילון החי בנוי כטבלה בגיליונות גוגל עם אפשרות חיפוש וסינון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הפוסטר 'הכירו אותי' נוצר ישירות בכלי העיצוב בלי שלב של טופס או טבלה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לוח שיתופי כיתתי לבד בכלי קיר שיתופי, או להשתמש בלוח המוכן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במדריך מומלץ ללמד את המורים את כל ארבעת הכלים באותו שבוע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תכנון ובחירת כלי דיגיטלי לכיתה – התאמת כלי לצורך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צורך: הרשמה של הורים לאירוע 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טופס וכפתור הרשמה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צורך: שיתוף רעיונות ותגובות של כל הכיתה בזמן אמת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לוח שיתופי כיתתי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צורך: רשימה מסודרת וניתנת לסינון של תלמידים או פריטים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מגילון 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צורך: יצירת כרטיסיית היכרות אחידה לכל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פוסטר 'הכירו אותי'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תכנון ובחירת כלי דיגיטלי לכיתה – יישום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המדריך, הדרך המומלצת ללמוד כלים חדשים היא כלי דיגיטלי אחד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בתהליך בניית פוסטר 'הכירו אותי' השלב הראשון הוא __________, ולאחריו טבלה ואז יצירה בקנבה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תכנון ובחירת כלי דיגיטלי לכיתה – שימוש בלוח הבחירה 3×3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נועד לוח ה-3×3?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לעזור למורה לבחור כלי דיגיטלי מתאים בצורה מסודרת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ציונים של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רשימת הבדיקה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לשמש כלוח שיתופי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לפי המדריך מומלץ ללמוד כלי אחד בשבוע ולא כמה כלים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להספיק להטמיע כל כלי בביטחון לפני המעבר לכלי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להשתמש בשני כלים באותה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כל כלי דורש אישור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לחסוך בזמן הכנה של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רשימת הבדיקה שמוזכרת בסוף המדריך?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לוודא פרטיות ובטיחות לפני שימוש בכלי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את רמת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לדרג את הכלים לפי פופולריות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את הצורך בטופס הרשמה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בניית לוח שיתופי כיתתי – הכרת שני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שיתופי כיתתי אפשר לבנות בשתי דרכים: בנייה עצמאית או שימוש בלוח מוכן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היחידה לבנות לוח שיתופי היא להשתמש בלוח המוכן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בניית לוח שיתופי כיתתי – הכרת שני המסלולים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כלי צריך כדי לבנות לוח 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קיר שיתופי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טופס רישום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מצגת שקפים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גיליון חשבונאות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להשתמש בלוח המוכן?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חוסך זמן הכנה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מאפשר התאמה אישית 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דורש ידע בתכנות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אינו ניתן לשיתוף עם תלמידים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בניית לוח שיתופי כיתתי – יישום ובחירת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לוח שיתופי כיתתי שנבנה באופן עצמאי נוצר בעזרת כלי __________ שיתופי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בניית לוח שיתופי כיתתי – השוואה בין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בנייה עצמאית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אפשרית בעיקר בבנייה עצמאית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לוח מוכן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דורשת הכרת כלי קיר שיתופי ובנייה מאפס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התאמה אישית מלאה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אפשרי בעיקר בשימוש בלוח המוכן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חיסכון בזמן הכנה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ניתן להתחיל להשתמש בו מיד ללא בנייה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בניית מגילון חי – זיהוי ויסודות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כלי בונים מגילון חי?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טבלה בגיליונות של גוגל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תוכנת עריכת וידאו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שיתופי קיר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טופס הרשמה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לעשות במגילון חי שלא אפשר ברשימה רגילה?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הדפסה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חיפוש וסינון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שליחת הודעות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יצירת מצגת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שתי דרכים אפשר לבחור בבניית המגילון?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לבד או להשתמש במגילון המוכן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או לכתוב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לצלם או להקליט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מייל או 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מופיע המגילון במדריך?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כלים מוכנים לשימוש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קבצי עיצוב פונטים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תמונות ואיורים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הדרכות וידאו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בניית מגילון חי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במגילון המוכן במקום לבנות אחד חדש מאפס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מגילון חי הוא כלי לעריכת תמונות בלבד ואין לו קשר לטבלאות מידע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לבנות מגילון חי צריך קודם כל ליצור טבלת מידע מסודרת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בניית מגילון חי אפשר להוסיף לו אפשרויות סינון כדי להקל על החיפוש בתוכו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בניית מגילון חי – תכנון ויישום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לאיזו מטרה בכיתה שלכם מתאים מגילון חי (לדוגמה: רשימת ספרים, פרויקטים, תלמידים ותלמידות), ומדוע דווקא כלי זה מתאים לצורך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בשלבים קצרים איך הייתם בונים מגילון חי: מה המידע שתכניסו לטבלה ואילו עמודות סינון יהיו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 בין בניית מגילון חי עצמאית לבין שימוש במגילון המוכן – מה היתרון והחיסרון של כל אפשרות?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הציעו רעיון לשימוש משולב: מתי כדאי להתחיל עם המגילון המוכן ואחר כך להתאים אותו אישית?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טופס וכפתור הרשמה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טופס הרשמה בעזרת טפסים מקוונים של גוגל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כפתור הרשמה יכול להופיע רק באתר הכיתה ולא במקום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טופס ההרשמה היא לאסוף פרטים מההורים או התלמידים לפני פעילות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טופס וכפתור הרשמה – התאמת מקום הכפתור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אתר כיתתי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כפתור משולב בתוך עיצוב של הזמנה או פוסטר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קנבה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קישור לטופס נשלח ישירות להורים או לתלמידים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הודעה בקבוצת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אוסף את התשובות אוטומטית לטבלה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טופס מקוון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מאפשרת למורה לעקוב מי כבר נרשם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טבלת התשובות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כפתור בעמוד הבית מוביל ישירות לטופס ההרשמה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טופס וכפתור הרשמה – תכנון תהליך ההרשמה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לבנות את הטופס בכלי טפסים מקוון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מה מטרת ההרשמה ואילו פרטים צריך לבקש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למקם את הכפתור באתר, בעיצוב בקנבה או בהודעה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לעצב כפתור או קישור שמוביל לטופס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טופס וכפתור הרשמה – חשיבה יישומית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מקרה שבו כדאי למקם כפתור הרשמה בתוך עיצוב בקנבה ולא באתר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יתרון אחד לשליחת כפתור ההרשמה בהודעה לכיתה במקום פרסום באתר בלבד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יצירת פוסטר הכירו אותי בכמות גדולה – שלבי התהליך הבסיסיים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כל בתהליך?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טופס לאיסוף נתונים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טבלה לארגון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פוסטר מוכן בקנבה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מצגת הדרכה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עם הנתונים אחרי הטופס?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לטבלה לארגון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ישירות ליצירת הפוסטר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למגילון החי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ללוח השיתופי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משמש הטופס?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לאסוף פרטים אישיים מהתלמידים והתלמידות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את הפוסטר ישירות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פונטים לעיצוב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לשתף לוח כיתתי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יצירת פוסטר הכירו אותי בכמות גדולה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ליצור את הפוסטרים בכמות גדולה בעזרת קנבה.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האחרון בתהליך הוא איסוף הנתונים בטופס.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יצירת פוסטר הכירו אותי בכמות גדולה – יישום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לארגן את הנתונים שנאספו מהתלמידים והתלמידות לפני יצירת הפוסטרים, יוצרים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היצירה הגרפית של הפוסטרים בכמות גדולה מתבצעת בכלי בשם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יצירת פוסטר הכירו אותי בכמות גדולה – התאמת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טופס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יצירת הפוסטרים בכמות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עיצוב הטקסט בפוסטר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קנבה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איסוף נתונים אישיים מהתלמידים ותלמידות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פונטים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ארגון וסידור המידע שנאסף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עיצוב, פונטים, תמונות ופרטיות ובטיחות – היכרות עם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אפשר למצוא אוסף של פונטים בעברית המתאימים לעיצוב דפי עבודה ומצגות.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ליצור איור לדף עבודה צריך לצייר אותו ידנית בעזרת תוכנת ציור.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לבקש שהתמונה שנוצרת תכלול טקסט מודפס בתוכה.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שימוש בכלי דיגיטלי עם תלמידים מומלץ לבדוק עקרונות של פרטיות ובטיחות.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ארבעה כלים דיגיטליים למדתי לבנות, ומה תפקיד כל אחד מהם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את ההבדל בין בניית לוח שיתופי עצמאי לבין שימוש בלוח המוכן?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עקרונות פרטיות ובטיחות שחשוב ליישם בעת שימוש בכלים אלו?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איך בונים כלים דיגיטליים לכיתה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